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3312D" w14:textId="77777777" w:rsidR="002F4600" w:rsidRPr="005429B4" w:rsidRDefault="00000000" w:rsidP="005429B4">
      <w:pPr>
        <w:pStyle w:val="Titre1"/>
        <w:jc w:val="center"/>
        <w:rPr>
          <w:lang w:val="fr-FR"/>
        </w:rPr>
      </w:pPr>
      <w:r w:rsidRPr="005429B4">
        <w:rPr>
          <w:lang w:val="fr-FR"/>
        </w:rPr>
        <w:t>FICHE DE CANDIDATURE – WALLONIE</w:t>
      </w:r>
    </w:p>
    <w:p w14:paraId="1F9AF01E" w14:textId="77777777" w:rsidR="002F4600" w:rsidRPr="005429B4" w:rsidRDefault="00000000">
      <w:pPr>
        <w:rPr>
          <w:lang w:val="fr-FR"/>
        </w:rPr>
      </w:pPr>
      <w:r w:rsidRPr="005429B4">
        <w:rPr>
          <w:lang w:val="fr-FR"/>
        </w:rPr>
        <w:t>CE FORMULAIRE NE CONSTITUE PAS UN CONTRAT ET N’ENGAGE EN RIEN LE LOCATAIRE, L’AGENCE ET LE PROPRIÉTAIRE DU BIEN.</w:t>
      </w:r>
    </w:p>
    <w:p w14:paraId="15FA824C" w14:textId="77777777" w:rsidR="002F4600" w:rsidRPr="005429B4" w:rsidRDefault="00000000">
      <w:pPr>
        <w:pStyle w:val="Titre2"/>
        <w:rPr>
          <w:lang w:val="fr-FR"/>
        </w:rPr>
      </w:pPr>
      <w:r w:rsidRPr="005429B4">
        <w:rPr>
          <w:lang w:val="fr-FR"/>
        </w:rPr>
        <w:t>ÉTAPE 1 – Suite à la visite du bien</w:t>
      </w:r>
    </w:p>
    <w:p w14:paraId="0107C0B7" w14:textId="2E83FC4A" w:rsidR="005429B4" w:rsidRPr="005429B4" w:rsidRDefault="00000000">
      <w:pPr>
        <w:rPr>
          <w:b/>
          <w:bCs/>
          <w:lang w:val="fr-FR"/>
        </w:rPr>
      </w:pPr>
      <w:r w:rsidRPr="005429B4">
        <w:rPr>
          <w:b/>
          <w:bCs/>
          <w:lang w:val="fr-FR"/>
        </w:rPr>
        <w:t>ADRESSE DU BIEN</w:t>
      </w:r>
      <w:r w:rsidR="005429B4">
        <w:rPr>
          <w:b/>
          <w:bCs/>
          <w:lang w:val="fr-FR"/>
        </w:rPr>
        <w:t> :</w:t>
      </w:r>
    </w:p>
    <w:p w14:paraId="46655774" w14:textId="3DABC094" w:rsidR="002F4600" w:rsidRDefault="00000000">
      <w:r>
        <w:t>.............................................................................................................................................................................................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2F4600" w14:paraId="4DD2DE19" w14:textId="77777777" w:rsidTr="005429B4">
        <w:tc>
          <w:tcPr>
            <w:tcW w:w="2880" w:type="dxa"/>
          </w:tcPr>
          <w:p w14:paraId="38D8DFAC" w14:textId="77777777" w:rsidR="002F4600" w:rsidRDefault="00000000">
            <w:r>
              <w:t>Renseignements</w:t>
            </w:r>
          </w:p>
        </w:tc>
        <w:tc>
          <w:tcPr>
            <w:tcW w:w="2880" w:type="dxa"/>
          </w:tcPr>
          <w:p w14:paraId="73099DDA" w14:textId="77777777" w:rsidR="002F4600" w:rsidRDefault="00000000">
            <w:r>
              <w:t>Candidat.e A</w:t>
            </w:r>
          </w:p>
        </w:tc>
        <w:tc>
          <w:tcPr>
            <w:tcW w:w="2880" w:type="dxa"/>
          </w:tcPr>
          <w:p w14:paraId="52F9A244" w14:textId="77777777" w:rsidR="002F4600" w:rsidRDefault="00000000">
            <w:r>
              <w:t>Candidat.e B</w:t>
            </w:r>
          </w:p>
        </w:tc>
      </w:tr>
      <w:tr w:rsidR="002F4600" w14:paraId="284C7772" w14:textId="77777777" w:rsidTr="005429B4">
        <w:tc>
          <w:tcPr>
            <w:tcW w:w="2880" w:type="dxa"/>
          </w:tcPr>
          <w:p w14:paraId="2D9F454B" w14:textId="77777777" w:rsidR="002F4600" w:rsidRDefault="00000000">
            <w:r>
              <w:t>NOM</w:t>
            </w:r>
          </w:p>
        </w:tc>
        <w:tc>
          <w:tcPr>
            <w:tcW w:w="2880" w:type="dxa"/>
          </w:tcPr>
          <w:p w14:paraId="52320A6A" w14:textId="77777777" w:rsidR="002F4600" w:rsidRDefault="002F4600"/>
        </w:tc>
        <w:tc>
          <w:tcPr>
            <w:tcW w:w="2880" w:type="dxa"/>
          </w:tcPr>
          <w:p w14:paraId="64C658E0" w14:textId="77777777" w:rsidR="002F4600" w:rsidRDefault="002F4600"/>
        </w:tc>
      </w:tr>
      <w:tr w:rsidR="002F4600" w14:paraId="6A9F953A" w14:textId="77777777" w:rsidTr="005429B4">
        <w:tc>
          <w:tcPr>
            <w:tcW w:w="2880" w:type="dxa"/>
          </w:tcPr>
          <w:p w14:paraId="188F23BD" w14:textId="77777777" w:rsidR="002F4600" w:rsidRDefault="00000000">
            <w:r>
              <w:t>PRÉNOM</w:t>
            </w:r>
          </w:p>
        </w:tc>
        <w:tc>
          <w:tcPr>
            <w:tcW w:w="2880" w:type="dxa"/>
          </w:tcPr>
          <w:p w14:paraId="465ABC89" w14:textId="77777777" w:rsidR="002F4600" w:rsidRDefault="002F4600"/>
        </w:tc>
        <w:tc>
          <w:tcPr>
            <w:tcW w:w="2880" w:type="dxa"/>
          </w:tcPr>
          <w:p w14:paraId="21FFBA6C" w14:textId="77777777" w:rsidR="002F4600" w:rsidRDefault="002F4600"/>
        </w:tc>
      </w:tr>
      <w:tr w:rsidR="002F4600" w:rsidRPr="00220D7A" w14:paraId="12E4EF6E" w14:textId="77777777" w:rsidTr="005429B4">
        <w:tc>
          <w:tcPr>
            <w:tcW w:w="2880" w:type="dxa"/>
          </w:tcPr>
          <w:p w14:paraId="072CC3AA" w14:textId="5E2A89CA" w:rsidR="002F4600" w:rsidRPr="005429B4" w:rsidRDefault="00000000">
            <w:pPr>
              <w:rPr>
                <w:lang w:val="fr-FR"/>
              </w:rPr>
            </w:pPr>
            <w:r w:rsidRPr="005429B4">
              <w:rPr>
                <w:lang w:val="fr-FR"/>
              </w:rPr>
              <w:t xml:space="preserve">ADRESSE DE CONTACT : mail </w:t>
            </w:r>
            <w:r w:rsidR="00F312BC">
              <w:rPr>
                <w:lang w:val="fr-FR"/>
              </w:rPr>
              <w:t>et</w:t>
            </w:r>
            <w:r w:rsidRPr="005429B4">
              <w:rPr>
                <w:lang w:val="fr-FR"/>
              </w:rPr>
              <w:t xml:space="preserve"> postale</w:t>
            </w:r>
          </w:p>
        </w:tc>
        <w:tc>
          <w:tcPr>
            <w:tcW w:w="2880" w:type="dxa"/>
          </w:tcPr>
          <w:p w14:paraId="5B5B1252" w14:textId="77777777" w:rsidR="002F4600" w:rsidRPr="005429B4" w:rsidRDefault="002F4600">
            <w:pPr>
              <w:rPr>
                <w:lang w:val="fr-FR"/>
              </w:rPr>
            </w:pPr>
          </w:p>
        </w:tc>
        <w:tc>
          <w:tcPr>
            <w:tcW w:w="2880" w:type="dxa"/>
          </w:tcPr>
          <w:p w14:paraId="4FDAAB28" w14:textId="77777777" w:rsidR="002F4600" w:rsidRPr="005429B4" w:rsidRDefault="002F4600">
            <w:pPr>
              <w:rPr>
                <w:lang w:val="fr-FR"/>
              </w:rPr>
            </w:pPr>
          </w:p>
        </w:tc>
      </w:tr>
      <w:tr w:rsidR="002F4600" w14:paraId="71932F16" w14:textId="77777777" w:rsidTr="005429B4">
        <w:tc>
          <w:tcPr>
            <w:tcW w:w="2880" w:type="dxa"/>
          </w:tcPr>
          <w:p w14:paraId="73C216E4" w14:textId="77777777" w:rsidR="002F4600" w:rsidRDefault="00000000">
            <w:r>
              <w:t>TEL. FIXE OU GSM</w:t>
            </w:r>
          </w:p>
        </w:tc>
        <w:tc>
          <w:tcPr>
            <w:tcW w:w="2880" w:type="dxa"/>
          </w:tcPr>
          <w:p w14:paraId="77F5110D" w14:textId="77777777" w:rsidR="002F4600" w:rsidRDefault="002F4600"/>
        </w:tc>
        <w:tc>
          <w:tcPr>
            <w:tcW w:w="2880" w:type="dxa"/>
          </w:tcPr>
          <w:p w14:paraId="0F9C130A" w14:textId="77777777" w:rsidR="002F4600" w:rsidRDefault="002F4600"/>
        </w:tc>
      </w:tr>
    </w:tbl>
    <w:p w14:paraId="368251A2" w14:textId="77777777" w:rsidR="002F4600" w:rsidRPr="00D22E50" w:rsidRDefault="00000000">
      <w:pPr>
        <w:rPr>
          <w:b/>
          <w:bCs/>
          <w:lang w:val="fr-FR"/>
        </w:rPr>
      </w:pPr>
      <w:r w:rsidRPr="00D22E50">
        <w:rPr>
          <w:b/>
          <w:bCs/>
          <w:lang w:val="fr-FR"/>
        </w:rPr>
        <w:t>- Composition du ménage :</w:t>
      </w:r>
    </w:p>
    <w:p w14:paraId="40828A65" w14:textId="73BE2B78" w:rsidR="002F4600" w:rsidRPr="005429B4" w:rsidRDefault="00000000">
      <w:pPr>
        <w:rPr>
          <w:lang w:val="fr-FR"/>
        </w:rPr>
      </w:pPr>
      <w:r w:rsidRPr="005429B4">
        <w:rPr>
          <w:lang w:val="fr-FR"/>
        </w:rPr>
        <w:t xml:space="preserve">  - Nombre d’adulte(s) : _____</w:t>
      </w:r>
      <w:r w:rsidRPr="005429B4">
        <w:rPr>
          <w:lang w:val="fr-FR"/>
        </w:rPr>
        <w:br/>
        <w:t xml:space="preserve">  - Nombre d’enfant(s) : _____</w:t>
      </w:r>
      <w:r w:rsidRPr="005429B4">
        <w:rPr>
          <w:lang w:val="fr-FR"/>
        </w:rPr>
        <w:br/>
        <w:t xml:space="preserve">  - Animaux de compagnie¹ : _____</w:t>
      </w:r>
      <w:r w:rsidR="005429B4">
        <w:rPr>
          <w:lang w:val="fr-FR"/>
        </w:rPr>
        <w:t>____________________________________________</w:t>
      </w:r>
      <w:proofErr w:type="gramStart"/>
      <w:r w:rsidR="005429B4">
        <w:rPr>
          <w:lang w:val="fr-FR"/>
        </w:rPr>
        <w:t>_</w:t>
      </w:r>
      <w:r w:rsidRPr="005429B4">
        <w:rPr>
          <w:lang w:val="fr-FR"/>
        </w:rPr>
        <w:t>(</w:t>
      </w:r>
      <w:proofErr w:type="gramEnd"/>
      <w:r w:rsidRPr="005429B4">
        <w:rPr>
          <w:lang w:val="fr-FR"/>
        </w:rPr>
        <w:t>nombre et sorte</w:t>
      </w:r>
      <w:r w:rsidR="005429B4">
        <w:rPr>
          <w:lang w:val="fr-FR"/>
        </w:rPr>
        <w:t>)</w:t>
      </w:r>
    </w:p>
    <w:p w14:paraId="6B0416A9" w14:textId="77777777" w:rsidR="002F4600" w:rsidRPr="005429B4" w:rsidRDefault="00000000">
      <w:pPr>
        <w:rPr>
          <w:lang w:val="fr-FR"/>
        </w:rPr>
      </w:pPr>
      <w:r w:rsidRPr="005429B4">
        <w:rPr>
          <w:lang w:val="fr-FR"/>
        </w:rPr>
        <w:t>- Ressources financières² (joindre les justificatifs, par exemple : fiche de salaire, avis d’imposition, preuves de revenus de remplacement, attestation de solvabilité de la banque, extraits de compte, etc…)</w:t>
      </w:r>
    </w:p>
    <w:p w14:paraId="16E646A9" w14:textId="77777777" w:rsidR="002F4600" w:rsidRPr="005429B4" w:rsidRDefault="00000000">
      <w:pPr>
        <w:rPr>
          <w:lang w:val="fr-FR"/>
        </w:rPr>
      </w:pPr>
      <w:r w:rsidRPr="005429B4">
        <w:rPr>
          <w:lang w:val="fr-FR"/>
        </w:rPr>
        <w:t xml:space="preserve">  - </w:t>
      </w:r>
      <w:proofErr w:type="spellStart"/>
      <w:r w:rsidRPr="005429B4">
        <w:rPr>
          <w:lang w:val="fr-FR"/>
        </w:rPr>
        <w:t>Candidat.e</w:t>
      </w:r>
      <w:proofErr w:type="spellEnd"/>
      <w:r w:rsidRPr="005429B4">
        <w:rPr>
          <w:lang w:val="fr-FR"/>
        </w:rPr>
        <w:t xml:space="preserve"> A : ________________________</w:t>
      </w:r>
      <w:r w:rsidRPr="005429B4">
        <w:rPr>
          <w:lang w:val="fr-FR"/>
        </w:rPr>
        <w:br/>
        <w:t xml:space="preserve">  - </w:t>
      </w:r>
      <w:proofErr w:type="spellStart"/>
      <w:r w:rsidRPr="005429B4">
        <w:rPr>
          <w:lang w:val="fr-FR"/>
        </w:rPr>
        <w:t>Candidat.e</w:t>
      </w:r>
      <w:proofErr w:type="spellEnd"/>
      <w:r w:rsidRPr="005429B4">
        <w:rPr>
          <w:lang w:val="fr-FR"/>
        </w:rPr>
        <w:t xml:space="preserve"> B : ________________________</w:t>
      </w:r>
    </w:p>
    <w:p w14:paraId="54EA0ED6" w14:textId="39EE0BDB" w:rsidR="005429B4" w:rsidRDefault="00000000">
      <w:pPr>
        <w:rPr>
          <w:lang w:val="fr-FR"/>
        </w:rPr>
      </w:pPr>
      <w:proofErr w:type="gramStart"/>
      <w:r w:rsidRPr="005429B4">
        <w:rPr>
          <w:lang w:val="fr-FR"/>
        </w:rPr>
        <w:t>¹</w:t>
      </w:r>
      <w:proofErr w:type="gramEnd"/>
      <w:r w:rsidRPr="005429B4">
        <w:rPr>
          <w:lang w:val="fr-FR"/>
        </w:rPr>
        <w:t xml:space="preserve"> Concernant les informations relatives à la détention d’animaux domestiques, le bailleur justifie d’un intérêt légitime visant à décider de la détention permise en lien avec la nature du bien proposé, et notamment pour des raisons de nuisances possibles pour le voisinage. </w:t>
      </w:r>
    </w:p>
    <w:p w14:paraId="324807E0" w14:textId="77777777" w:rsidR="002F4600" w:rsidRPr="005429B4" w:rsidRDefault="00000000">
      <w:pPr>
        <w:rPr>
          <w:lang w:val="fr-FR"/>
        </w:rPr>
      </w:pPr>
      <w:proofErr w:type="gramStart"/>
      <w:r w:rsidRPr="005429B4">
        <w:rPr>
          <w:lang w:val="fr-FR"/>
        </w:rPr>
        <w:t>²</w:t>
      </w:r>
      <w:proofErr w:type="gramEnd"/>
      <w:r w:rsidRPr="005429B4">
        <w:rPr>
          <w:lang w:val="fr-FR"/>
        </w:rPr>
        <w:t xml:space="preserve"> En ce compris les allocations familiales et rentes alimentaires.</w:t>
      </w:r>
    </w:p>
    <w:p w14:paraId="1062F7F1" w14:textId="68B33756" w:rsidR="002F4600" w:rsidRDefault="00000000">
      <w:pPr>
        <w:rPr>
          <w:lang w:val="fr-FR"/>
        </w:rPr>
      </w:pPr>
      <w:r w:rsidRPr="005429B4">
        <w:rPr>
          <w:b/>
          <w:bCs/>
          <w:lang w:val="fr-FR"/>
        </w:rPr>
        <w:t>- En cas de précédente location</w:t>
      </w:r>
      <w:r w:rsidRPr="005429B4">
        <w:rPr>
          <w:lang w:val="fr-FR"/>
        </w:rPr>
        <w:t xml:space="preserve"> :</w:t>
      </w:r>
      <w:r w:rsidRPr="005429B4">
        <w:rPr>
          <w:lang w:val="fr-FR"/>
        </w:rPr>
        <w:br/>
        <w:t xml:space="preserve">  - Les preuves du paiement des </w:t>
      </w:r>
      <w:r w:rsidR="005429B4">
        <w:rPr>
          <w:lang w:val="fr-FR"/>
        </w:rPr>
        <w:t>6</w:t>
      </w:r>
      <w:r w:rsidRPr="005429B4">
        <w:rPr>
          <w:lang w:val="fr-FR"/>
        </w:rPr>
        <w:t xml:space="preserve"> derniers mois de loyer (à joindre)</w:t>
      </w:r>
    </w:p>
    <w:p w14:paraId="3FCE8AAE" w14:textId="77777777" w:rsidR="002F4600" w:rsidRPr="005429B4" w:rsidRDefault="00000000">
      <w:pPr>
        <w:rPr>
          <w:lang w:val="fr-FR"/>
        </w:rPr>
      </w:pPr>
      <w:r w:rsidRPr="005429B4">
        <w:rPr>
          <w:lang w:val="fr-FR"/>
        </w:rPr>
        <w:t>Fait à ________________________, le ___________________________</w:t>
      </w:r>
    </w:p>
    <w:p w14:paraId="71AAFC8A" w14:textId="77777777" w:rsidR="002F4600" w:rsidRPr="005429B4" w:rsidRDefault="00000000">
      <w:pPr>
        <w:rPr>
          <w:lang w:val="fr-FR"/>
        </w:rPr>
      </w:pPr>
      <w:r w:rsidRPr="005429B4">
        <w:rPr>
          <w:lang w:val="fr-FR"/>
        </w:rPr>
        <w:t xml:space="preserve">Signature du ou </w:t>
      </w:r>
      <w:proofErr w:type="gramStart"/>
      <w:r w:rsidRPr="005429B4">
        <w:rPr>
          <w:lang w:val="fr-FR"/>
        </w:rPr>
        <w:t xml:space="preserve">des </w:t>
      </w:r>
      <w:proofErr w:type="spellStart"/>
      <w:r w:rsidRPr="005429B4">
        <w:rPr>
          <w:lang w:val="fr-FR"/>
        </w:rPr>
        <w:t>candidat</w:t>
      </w:r>
      <w:proofErr w:type="gramEnd"/>
      <w:r w:rsidRPr="005429B4">
        <w:rPr>
          <w:lang w:val="fr-FR"/>
        </w:rPr>
        <w:t>.</w:t>
      </w:r>
      <w:proofErr w:type="gramStart"/>
      <w:r w:rsidRPr="005429B4">
        <w:rPr>
          <w:lang w:val="fr-FR"/>
        </w:rPr>
        <w:t>e.s</w:t>
      </w:r>
      <w:proofErr w:type="spellEnd"/>
      <w:proofErr w:type="gramEnd"/>
      <w:r w:rsidRPr="005429B4">
        <w:rPr>
          <w:lang w:val="fr-FR"/>
        </w:rPr>
        <w:t xml:space="preserve"> </w:t>
      </w:r>
      <w:proofErr w:type="spellStart"/>
      <w:proofErr w:type="gramStart"/>
      <w:r w:rsidRPr="005429B4">
        <w:rPr>
          <w:lang w:val="fr-FR"/>
        </w:rPr>
        <w:t>locataire.s</w:t>
      </w:r>
      <w:proofErr w:type="spellEnd"/>
      <w:proofErr w:type="gramEnd"/>
      <w:r w:rsidRPr="005429B4">
        <w:rPr>
          <w:lang w:val="fr-FR"/>
        </w:rPr>
        <w:t xml:space="preserve"> : ___________________________</w:t>
      </w:r>
    </w:p>
    <w:sectPr w:rsidR="002F4600" w:rsidRPr="005429B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F9DC0" w14:textId="77777777" w:rsidR="00504CE5" w:rsidRDefault="00504CE5" w:rsidP="00220D7A">
      <w:pPr>
        <w:spacing w:after="0" w:line="240" w:lineRule="auto"/>
      </w:pPr>
      <w:r>
        <w:separator/>
      </w:r>
    </w:p>
  </w:endnote>
  <w:endnote w:type="continuationSeparator" w:id="0">
    <w:p w14:paraId="520F1514" w14:textId="77777777" w:rsidR="00504CE5" w:rsidRDefault="00504CE5" w:rsidP="0022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8F367" w14:textId="77777777" w:rsidR="00504CE5" w:rsidRDefault="00504CE5" w:rsidP="00220D7A">
      <w:pPr>
        <w:spacing w:after="0" w:line="240" w:lineRule="auto"/>
      </w:pPr>
      <w:r>
        <w:separator/>
      </w:r>
    </w:p>
  </w:footnote>
  <w:footnote w:type="continuationSeparator" w:id="0">
    <w:p w14:paraId="0A7C1F76" w14:textId="77777777" w:rsidR="00504CE5" w:rsidRDefault="00504CE5" w:rsidP="0022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0291" w14:textId="54E3139A" w:rsidR="00220D7A" w:rsidRPr="00220D7A" w:rsidRDefault="00220D7A">
    <w:pPr>
      <w:pStyle w:val="En-tte"/>
      <w:rPr>
        <w:lang w:val="fr-FR"/>
      </w:rPr>
    </w:pPr>
    <w:r w:rsidRPr="00220D7A">
      <w:rPr>
        <w:highlight w:val="yellow"/>
        <w:lang w:val="fr-FR"/>
      </w:rPr>
      <w:t xml:space="preserve">A envoyer </w:t>
    </w:r>
    <w:r>
      <w:rPr>
        <w:highlight w:val="yellow"/>
        <w:lang w:val="fr-FR"/>
      </w:rPr>
      <w:t>à</w:t>
    </w:r>
    <w:r w:rsidRPr="00220D7A">
      <w:rPr>
        <w:highlight w:val="yellow"/>
        <w:lang w:val="fr-FR"/>
      </w:rPr>
      <w:t xml:space="preserve"> l’adresse : annelise.demeuse@gmail.com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5426341">
    <w:abstractNumId w:val="8"/>
  </w:num>
  <w:num w:numId="2" w16cid:durableId="965938014">
    <w:abstractNumId w:val="6"/>
  </w:num>
  <w:num w:numId="3" w16cid:durableId="40399220">
    <w:abstractNumId w:val="5"/>
  </w:num>
  <w:num w:numId="4" w16cid:durableId="1022633642">
    <w:abstractNumId w:val="4"/>
  </w:num>
  <w:num w:numId="5" w16cid:durableId="677581994">
    <w:abstractNumId w:val="7"/>
  </w:num>
  <w:num w:numId="6" w16cid:durableId="763188585">
    <w:abstractNumId w:val="3"/>
  </w:num>
  <w:num w:numId="7" w16cid:durableId="10954891">
    <w:abstractNumId w:val="2"/>
  </w:num>
  <w:num w:numId="8" w16cid:durableId="536937365">
    <w:abstractNumId w:val="1"/>
  </w:num>
  <w:num w:numId="9" w16cid:durableId="50285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0D7A"/>
    <w:rsid w:val="0029639D"/>
    <w:rsid w:val="002F4600"/>
    <w:rsid w:val="002F6DFE"/>
    <w:rsid w:val="00326F90"/>
    <w:rsid w:val="00504CE5"/>
    <w:rsid w:val="005429B4"/>
    <w:rsid w:val="005F339A"/>
    <w:rsid w:val="008C7DF1"/>
    <w:rsid w:val="00A555C7"/>
    <w:rsid w:val="00AA1D8D"/>
    <w:rsid w:val="00B47730"/>
    <w:rsid w:val="00BB6252"/>
    <w:rsid w:val="00CB0664"/>
    <w:rsid w:val="00D22E50"/>
    <w:rsid w:val="00F312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CC33A1"/>
  <w14:defaultImageDpi w14:val="300"/>
  <w15:docId w15:val="{6840C6CB-16EA-457D-8182-160C3748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Annelise Demeuse</cp:lastModifiedBy>
  <cp:revision>2</cp:revision>
  <dcterms:created xsi:type="dcterms:W3CDTF">2026-08-28T06:54:00Z</dcterms:created>
  <dcterms:modified xsi:type="dcterms:W3CDTF">2026-08-28T06:54:00Z</dcterms:modified>
  <cp:category/>
</cp:coreProperties>
</file>